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אקלים כיתה ושוברי קרח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פעילויות ושגרות לבניית אקלים כיתה חיובי ובטוח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שוברי הקרח בהיכרות קבוצתית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התאמה בין פעילות למטרה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ליצור הרגשת ביטחון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כשיש קבוצה חדשה או תלמיד שהצטרף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התלמידים יושבים יחד ומשתפים בתחילת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לקבוע חוקים משותפים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שובר קרח והיכרות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לעודד תלמידים לכתוב מחמאות זה לזה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מדובר בפעולות קבועות שחוזרות על עצמן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המטרה המרכזית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קצרה, כחמש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מטרתה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רובם פשוטים ולא דורשים ציוד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נתינת תפקיד מחזקת מעורבות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שובר 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אמיתות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מדחום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פעילות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(שיתוף בתחילת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(פתרון מריבות בין 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(היכרות ראשונית עם תלמיד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לכתוב רעיונות ובקשות בחשאיות)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(ציון הצלחות והשקעה של תלמידים)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אקלים כיתה בתחילת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פעילות היכרות ראשונית בין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קביעת אמנת כיתה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חלוקת תפקידים כיתתיים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קיום שגרת מעגל בוקר קבועה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שימוש במדחום רגשות שבועי למעקב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ברור של הפעילות, הסבר הכללים, התייחסות למטרה - יצירת היכרות נעימה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מקורי, הסבר הגיוני לתרומה לאקלים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שגרה חוזרת לאורך השנה, שובר קרח להיכרות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פינת הפיוס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יוצר תחושת ביטחון וצפיות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להקדים את הדף בהדגמה קצרה של אחת הפעילויות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לזוגות לחלק ההתאמה והסדר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הפתוח לדיון כיתתי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אקלים כיתה ושוברי קרח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בכיתה טובה יש שגרות קבועות שעוזרות לכולם להרגיש שייכים, ופעילויות היכרות שעוזרות לקבוצה חדשה או לתלמיד חדש להתחבר. בדף הזה נתרגל להכיר את הפעילויות האלה ואת מטרתן.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שגרות אקלים 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 הרגשת ביטחון ושייכות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למלא זמן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להעניש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הכי מתאים להשתמש בשובר קרח?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בבחינה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כשיש קבוצה חדשה או תלמיד שהצטרף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בהפסקה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בטיול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ב'מעגל בוקר'?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בודקים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התלמידים יושבים יחד ומשתפים בתחילת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לומדים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מטרת 'אמנת הכיתה'?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לקבוע חוקים משותפים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מזכיר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לתכנן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פעילות 'שתי אמיתות ושקר' שייכת לאיזו קטגוריה?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שגרת אקלים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שובר קרח והיכרות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תפקיד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התפקיד של 'צנצנת המחמאות'?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לאסוף כסף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לעודד תלמידים לכתוב מחמאות זה לזה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לשמור עפרונות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לרשום שיעורי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שגרות אקלים כיתה נעשות פעם אחת בשנה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שוברי קרח מיועדים בעיקר להכרות ראשונית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'דקת השקט' היא פעילות שאורכת כעשרים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'פינת הפיוס' יכולה לעזור לפתור מריבות בין 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שוברי הקרח דורשים ציוד מיוחד ויקר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תפקידים כיתתיים יכולים לחזק תחושת אחריות ושייכות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פעילות שעוזרת להכיר אנשים חדשים בקבוצה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ההרגשה הכללית בכיתה - האם בטוח ונעים - נקראת __________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פעולה קבועה שחוזרת על עצמה כל שבוע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המסמך שבו הכיתה קובעת יחד את החוקים שלה נקרא __________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פעילות שבה כל תלמיד מספר שתי עובדות אמיתיות ועובדה אחת שאינה נכונה נקראת שתי __________ ושקר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פעילות שבה בודקים איך מרגישים התלמידים באמצעות סמל חזותי נקראת __________ הרגשות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פעילות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מעגל בוקר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לכתוב רעיונות ובקשות בחשאיות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פינת הפיוס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שיתוף בתחילת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כרטיס הסקרנות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פתרון מריבות בין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תיבת הבקשות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ציון הצלחות והשקעה של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חגיגת המאמץ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היכרות ראשונית עם תלמיד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בניית אקלים כיתה בתחילת 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תפקידים כיתתיים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קיום שגרת מעגל בוקר קבועה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במדחום רגשות שבועי למעקב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היכרות ראשונית בין התלמידים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קביעת אמנת כיתה משותפת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שובר קרח אחד מהרשימה ותארו איך הייתם מפעילים אותו בקבוצה חדשה, כולל מה הייתם אומרים כדי להסביר את הכללים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שגרת אקלים כיתה חדשה (לא ברשימה) ותסבירו למה היא יכולה לעזור לכיתה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שגרת אקלים כיתה לשובר קרח?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לפעילות שעוזרת לפתור קונפליקט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לקיים שגרות קבועות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אקלים כיתה ושוברי קרח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