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אקלים כיתה ושוברי קרח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ושגרות לבניית אקלים כיתה חיובי ובטוח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שוברי הקרח בהיכרות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התאמה בין פעילות למטרה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ליצור הרגשת ביטחון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כשיש קבוצה חדשה או תלמיד שהצטרף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התלמידים יושבים יחד ומשתפים בתחילת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לקבוע חוקים משותפים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שובר קרח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לעודד תלמידים לכתוב מחמאות זה לזה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מדובר בפעולות קבועות שחוזרות על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המטרה המרכזית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קצרה, כחמש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רובם פשוטים ולא דורשים 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נתינת תפקיד מחזקת מעורבות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שובר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מדחום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פעילות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(שיתוף בתחילת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(פתרון מריבות בין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(היכרות ראשונית עם תלמיד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לכתוב רעיונות ובקשות בחשאיות)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(ציון הצלחות והשקעה של 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אקלים כיתה בתחילת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היכרות ראשונית בין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קביעת אמנת כיתה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 כיתתיים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קיום שגרת מעגל בוקר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שימוש במדחום רגשות שבועי למעקב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הפעילות, הסבר הכללים, התייחסות למטרה - יצירת היכרות 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מקורי, הסבר הגיוני לתרומה לאקלים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שגרה חוזרת לאורך השנה, שובר קרח להיכרות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פינת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יוצר תחושת ביטחון וצפיות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בהדגמה קצרה של אחת הפעילויות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לחלק ההתאמה והסדר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אקלים כיתה ושוברי קרח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טובה עושים דברים קבועים שעוזרים לכולם להרגיש טוב ביחד. יש גם משחקי היכרות לקבוצה חדשה.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מרגישים בכיתה - בטוח, נעים, שייך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שחוזרת על עצמה בקביעות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שובר קרח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קצר שעוזר להכיר אנשים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בוקר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משותפת בתחילת היום לשיתוף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אמנת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שהכיתה קובעת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שמחברת בין אנשים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שאני חלק מהקבוצה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שגרות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הרגשת ביטחון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זמן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להעניש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משתמשים במשחק היכרות?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כשיש קבוצה חדשה או תלמיד שהצטרף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בהפסקה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ב'מעגל בוקר'?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התלמידים יושבים יחד ומשתפים בתחילת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לומדים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'אמנת הכיתה'?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חוקים משותפים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מזכיר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קבוצה שייך המשחק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שגרת אקלים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שובר קרח והיכרות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התפקיד של 'צנצנת המחמאות'?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לאסוף כסף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לעודד תלמידים לכתוב מחמאות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עפרונות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שגרות אקלים כיתה נעשות פעם אחת בשנה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 קרח מיועדים בעיקר להכרות ראשונית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'דקת השקט' היא פעילות שאורכת כעשרים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'פינת הפיוס' יכולה לעזור לפתור מריבות בין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שוברי הקרח דורשים ציוד מיוחד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תפקידים כיתתיים יכולים לחזק תחושת אחריות ושייכות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פעילות שעוזרת להכיר אנשים חדשים בקבוצה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ההרגשה הכללית בכיתה - האם בטוח ונעים - נקראת __________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פעולה קבועה שחוזרת על עצמה כל שבוע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המסמך שבו הכיתה קובעת יחד את החוקים שלה נקרא __________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פעילות שבה כל תלמיד מספר שתי עובדות אמיתיות ועובדה אחת שאינה נכונה נקראת שתי __________ ושקר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פעילות שבה בודקים איך מרגישים התלמידים באמצעות סמל חזותי נקראת __________ הרגשות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פעילות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מעגל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לכתוב רעיונות ובקשות בחשאיות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פינת הפיוס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ציון הצלחות והשקעה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הסקרנות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פתרון מריבות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תיבת הבקשות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היכרות ראשונית עם תלמיד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חגיגת המאמץ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שיתוף בתחילת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אקלים כיתה בתחילת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 כיתתיים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במדחום רגשות שבועי למעקב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אמנת כיתה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היכרות ראשונית בין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שגרת מעגל בוקר קבועה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שובר קרח אחד מהרשימה ותארו איך הייתם מפעילים אותו בקבוצה חדשה, כולל מה הייתם אומרים כדי להסביר את הכללים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שגרת אקלים כיתה חדשה (לא ברשימה) ותסבירו למה היא יכולה לעזור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שגרת אקלים כיתה לשובר קרח?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לפעילות שעוזרת לפתור קונפליקט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לקיים שגרות קבועות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אקלים כיתה ושוברי קרח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