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ושגרות לבניית אקלים כיתה חיובי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שוברי הקרח בהיכרות קבוצתית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התאמה בין פעילות למטרה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ליצור הרגשת ביטחון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כשיש קבוצה חדשה או תלמיד שהצטרף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לקבוע חוקים משותפים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מדובר בפעולות קבועות שחוזרות על עצמן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המטרה המרכזית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מטרתה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שובר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שגרה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פעילות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(שיתוף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(פתרון מריבות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(היכרות ראשונית עם 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לכתוב רעיונות ובקשות בחשאיות)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אקלים כיתה בתחילת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היכרות ראשונית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קביעת אמנת כיתה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כיתתיים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שגרת מעגל בוקר קבועה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הפעילות, הסבר הכללים, התייחסות למטרה - יצירת היכרות נעימה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שגרה חוזרת לאורך השנה, שובר קרח להיכרות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פינת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יוצר תחושת ביטחון וצפיות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בהדגמה קצרה של אחת הפעילויות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לחלק ההתאמה והסדר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הפתוח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אקלים כיתה ושוברי קרח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בכיתה טובה יש שגרות קבועות שעוזרות לכולם להרגיש שייכים, ופעילויות היכרות שעוזרות לקבוצה חדשה או לתלמיד חדש להתחבר. בדף הזה נתרגל להכיר את הפעילויות האלה ואת מטרתן.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אקלים  ·  שגרה  ·  שובר קרח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שגרות אקלים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ליצור הרגשת ביטחון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למלא זמן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הכי מתאים להשתמש בשובר 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כשיש קבוצה חדשה או תלמיד שהצטרף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בהפסקה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מטרת 'אמנת הכיתה'?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לקבוע חוקים משותפים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לבחור מזכיר 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שגרות אקלים כיתה נעשות פעם אחת בשנה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שוברי קרח מיועדים בעיקר להכרות ראשונית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'פינת הפיוס' יכולה לעזור לפתור מריבות בין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פעילות שעוזרת להכיר אנשים חדשים בקבוצה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ההרגשה הכללית בכיתה - האם בטוח ונעים - נקראת __________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פעולה קבועה שחוזרת על עצמה כל שבוע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פעילות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מעגל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לכתוב רעיונות ובקשות בחשאיות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פינת הפיוס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היכרות ראשונית עם תלמיד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כרטיס הסקרנות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פתרון מריבות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תיבת הבקשות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שיתוף בתחילת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אקלים כיתה בתחילת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קביעת אמנת כיתה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פעילות היכרות ראשונית בין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קיום שגרת מעגל בוקר קבועה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תפקידים כיתתיים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שובר קרח אחד מהרשימה ותארו איך הייתם מפעילים אותו בקבוצה חדשה, כולל מה הייתם אומרים כדי להסביר את הכללים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שגרת אקלים כיתה לשובר קרח?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לפעילות שעוזרת לפתור קונפליקט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אקלים כיתה ושוברי קרח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